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100F" w14:textId="77777777" w:rsidR="0000574F" w:rsidRDefault="00FB77C4">
      <w:pPr>
        <w:pStyle w:val="Title"/>
        <w:jc w:val="center"/>
      </w:pPr>
      <w:r>
        <w:t>Shawn M Crook-Cocagne</w:t>
      </w:r>
    </w:p>
    <w:p w14:paraId="670BE22B" w14:textId="77777777" w:rsidR="0000574F" w:rsidRDefault="00FB77C4">
      <w:pPr>
        <w:pStyle w:val="Subtitle"/>
        <w:jc w:val="center"/>
      </w:pPr>
      <w:r>
        <w:t>Alternative Licensed Teacher</w:t>
      </w:r>
    </w:p>
    <w:p w14:paraId="4DF079D7" w14:textId="77777777" w:rsidR="0000574F" w:rsidRDefault="00FB77C4">
      <w:pPr>
        <w:spacing w:after="60"/>
        <w:jc w:val="center"/>
      </w:pPr>
      <w:r>
        <w:t>+1 (719) 388-6663</w:t>
      </w:r>
      <w:r>
        <w:rPr>
          <w:b/>
          <w:sz w:val="26"/>
        </w:rPr>
        <w:t xml:space="preserve">  •  </w:t>
      </w:r>
      <w:hyperlink r:id="rId6">
        <w:r>
          <w:t>steadystategames.dev/teaching</w:t>
        </w:r>
      </w:hyperlink>
      <w:r>
        <w:rPr>
          <w:b/>
          <w:sz w:val="26"/>
        </w:rPr>
        <w:t xml:space="preserve">  •  </w:t>
      </w:r>
      <w:hyperlink r:id="rId7">
        <w:r>
          <w:t>shawncrookprimary@gmail.com</w:t>
        </w:r>
      </w:hyperlink>
    </w:p>
    <w:p w14:paraId="1D7F0E5D" w14:textId="77777777" w:rsidR="0000574F" w:rsidRDefault="00FB77C4">
      <w:pPr>
        <w:pStyle w:val="Heading1"/>
        <w:pBdr>
          <w:bottom w:val="single" w:sz="4" w:space="3" w:color="B0B0B0"/>
        </w:pBdr>
      </w:pPr>
      <w:r>
        <w:t>LICENSURE AND PREPARATION</w:t>
      </w:r>
    </w:p>
    <w:p w14:paraId="2E56D6C9" w14:textId="77777777" w:rsidR="0000574F" w:rsidRDefault="00FB77C4">
      <w:pPr>
        <w:pStyle w:val="ResumeEntry"/>
        <w:spacing w:after="100"/>
      </w:pPr>
      <w:r>
        <w:rPr>
          <w:b/>
        </w:rPr>
        <w:t>Alternative Teaching License (ALT)</w:t>
      </w:r>
    </w:p>
    <w:p w14:paraId="547A9E0E" w14:textId="77777777" w:rsidR="0000574F" w:rsidRDefault="00FB77C4">
      <w:pPr>
        <w:pStyle w:val="ResumeEntry"/>
      </w:pPr>
      <w:r>
        <w:rPr>
          <w:b/>
        </w:rPr>
        <w:t>CU ASPIRE</w:t>
      </w:r>
      <w:r>
        <w:tab/>
        <w:t>In progress</w:t>
      </w:r>
    </w:p>
    <w:p w14:paraId="7F0E7266" w14:textId="77777777" w:rsidR="0000574F" w:rsidRDefault="00FB77C4">
      <w:pPr>
        <w:pStyle w:val="ResumeEntry"/>
        <w:spacing w:after="100"/>
      </w:pPr>
      <w:r>
        <w:rPr>
          <w:i/>
        </w:rPr>
        <w:t>Secondary science teacher licensure program</w:t>
      </w:r>
    </w:p>
    <w:p w14:paraId="6847A1CC" w14:textId="77777777" w:rsidR="0000574F" w:rsidRDefault="00FB77C4">
      <w:pPr>
        <w:pStyle w:val="ResumeEntry"/>
        <w:spacing w:after="100"/>
      </w:pPr>
      <w:r>
        <w:rPr>
          <w:b/>
        </w:rPr>
        <w:t>Praxis General Science (5436)</w:t>
      </w:r>
      <w:r>
        <w:tab/>
        <w:t>Score: 193</w:t>
      </w:r>
    </w:p>
    <w:p w14:paraId="1F16FAEF" w14:textId="77777777" w:rsidR="0000574F" w:rsidRDefault="00FB77C4">
      <w:pPr>
        <w:pStyle w:val="Heading1"/>
        <w:pBdr>
          <w:bottom w:val="single" w:sz="4" w:space="3" w:color="B0B0B0"/>
        </w:pBdr>
      </w:pPr>
      <w:r>
        <w:t>TEACHING EXPERIENCE</w:t>
      </w:r>
    </w:p>
    <w:p w14:paraId="4FA564E9" w14:textId="77777777" w:rsidR="0000574F" w:rsidRDefault="00FB77C4">
      <w:pPr>
        <w:pStyle w:val="ResumeEntry"/>
      </w:pPr>
      <w:r>
        <w:rPr>
          <w:b/>
        </w:rPr>
        <w:t>Monument Academy</w:t>
      </w:r>
      <w:r>
        <w:tab/>
        <w:t>Monument, CO</w:t>
      </w:r>
    </w:p>
    <w:p w14:paraId="171D206E" w14:textId="77777777" w:rsidR="0000574F" w:rsidRDefault="00FB77C4">
      <w:pPr>
        <w:pStyle w:val="ResumeEntry"/>
      </w:pPr>
      <w:r>
        <w:rPr>
          <w:i/>
        </w:rPr>
        <w:t>High School Science Teacher</w:t>
      </w:r>
      <w:r>
        <w:tab/>
        <w:t>Feb 2026 - Oct 2026</w:t>
      </w:r>
    </w:p>
    <w:p w14:paraId="5371D102" w14:textId="77777777" w:rsidR="0000574F" w:rsidRDefault="00FB77C4">
      <w:r>
        <w:rPr>
          <w:b/>
        </w:rPr>
        <w:t>Courses:</w:t>
      </w:r>
      <w:r>
        <w:t xml:space="preserve"> Physics, Honors Physics, Anatomy and Physiology, Chemistry, Honors Chemistry, 9th Grade Physical Science, and Circuits.</w:t>
      </w:r>
    </w:p>
    <w:p w14:paraId="506C2AA5" w14:textId="77777777" w:rsidR="0000574F" w:rsidRDefault="00FB77C4">
      <w:pPr>
        <w:pStyle w:val="ResumeBullet"/>
        <w:numPr>
          <w:ilvl w:val="0"/>
          <w:numId w:val="1"/>
        </w:numPr>
      </w:pPr>
      <w:r>
        <w:t>Planned and delivered science lessons, laboratory activities, and assessments across 5 preps at once.</w:t>
      </w:r>
    </w:p>
    <w:p w14:paraId="60ACCB83" w14:textId="77777777" w:rsidR="0000574F" w:rsidRDefault="00FB77C4">
      <w:pPr>
        <w:pStyle w:val="ResumeBullet"/>
        <w:numPr>
          <w:ilvl w:val="0"/>
          <w:numId w:val="1"/>
        </w:numPr>
      </w:pPr>
      <w:r>
        <w:t>Managed the chemical cabinet and laboratory safety; designed a QR-code usage logbook and inventory system, reorganized storage using Flinn guidance, disposed of legacy 18 M sulfuric acid following Flinn procedures, and improved containment for another acid container.</w:t>
      </w:r>
    </w:p>
    <w:p w14:paraId="60085D0B" w14:textId="05076FE5" w:rsidR="0000574F" w:rsidRDefault="00694BDD">
      <w:pPr>
        <w:pStyle w:val="ResumeBullet"/>
        <w:numPr>
          <w:ilvl w:val="0"/>
          <w:numId w:val="1"/>
        </w:numPr>
      </w:pPr>
      <w:r>
        <w:t>Designed Google Forms assessments for proctored computerized testing using the school's available technology.</w:t>
      </w:r>
    </w:p>
    <w:p w14:paraId="3BE663E3" w14:textId="77777777" w:rsidR="0000574F" w:rsidRDefault="00FB77C4">
      <w:pPr>
        <w:pStyle w:val="ResumeBullet"/>
        <w:numPr>
          <w:ilvl w:val="0"/>
          <w:numId w:val="1"/>
        </w:numPr>
        <w:spacing w:after="100"/>
      </w:pPr>
      <w:r>
        <w:t>Applied classroom management strategies and upheld student accommodations and requirements in Individualized Education Programs (IEPs) and Section 504 plans.</w:t>
      </w:r>
    </w:p>
    <w:p w14:paraId="1092BCBB" w14:textId="77777777" w:rsidR="0000574F" w:rsidRDefault="00FB77C4">
      <w:pPr>
        <w:pStyle w:val="Heading1"/>
        <w:pBdr>
          <w:bottom w:val="single" w:sz="4" w:space="3" w:color="B0B0B0"/>
        </w:pBdr>
      </w:pPr>
      <w:r>
        <w:t>EDUCATION</w:t>
      </w:r>
    </w:p>
    <w:p w14:paraId="685F0D6D" w14:textId="77777777" w:rsidR="0000574F" w:rsidRDefault="00FB77C4">
      <w:pPr>
        <w:pStyle w:val="ResumeEntry"/>
      </w:pPr>
      <w:r>
        <w:rPr>
          <w:b/>
        </w:rPr>
        <w:t>Colorado State University</w:t>
      </w:r>
      <w:r>
        <w:tab/>
        <w:t>Fort Collins, CO</w:t>
      </w:r>
    </w:p>
    <w:p w14:paraId="2192F0FB" w14:textId="77777777" w:rsidR="0000574F" w:rsidRDefault="00FB77C4">
      <w:pPr>
        <w:pStyle w:val="ResumeEntry"/>
        <w:spacing w:after="100"/>
      </w:pPr>
      <w:r>
        <w:rPr>
          <w:i/>
        </w:rPr>
        <w:t>Bachelor of Chemical Engineering | GPA 3.57</w:t>
      </w:r>
      <w:r>
        <w:tab/>
        <w:t>May 2024</w:t>
      </w:r>
    </w:p>
    <w:p w14:paraId="1D33939E" w14:textId="77777777" w:rsidR="0000574F" w:rsidRDefault="00FB77C4">
      <w:r>
        <w:rPr>
          <w:b/>
        </w:rPr>
        <w:t>Additional credential:</w:t>
      </w:r>
      <w:r>
        <w:t xml:space="preserve"> Engineer In Training (FE Chemical), June 2024.</w:t>
      </w:r>
    </w:p>
    <w:p w14:paraId="5EB2E458" w14:textId="77777777" w:rsidR="0000574F" w:rsidRDefault="00FB77C4">
      <w:pPr>
        <w:pStyle w:val="Heading1"/>
        <w:pBdr>
          <w:bottom w:val="single" w:sz="4" w:space="3" w:color="B0B0B0"/>
        </w:pBdr>
      </w:pPr>
      <w:r>
        <w:t>INSTRUCTIONAL AND TECHNICAL SKILLS</w:t>
      </w:r>
    </w:p>
    <w:p w14:paraId="0FEEFCE8" w14:textId="0D553AD3" w:rsidR="0000574F" w:rsidRPr="00694BDD" w:rsidRDefault="00694BDD" w:rsidP="00694BDD">
      <w:pPr>
        <w:spacing w:after="120" w:line="280" w:lineRule="exact"/>
      </w:pPr>
      <w:r w:rsidRPr="00694BDD">
        <w:rPr>
          <w:b/>
        </w:rPr>
        <w:t>Instruction:</w:t>
      </w:r>
      <w:r w:rsidRPr="00694BDD">
        <w:t xml:space="preserve"> Individualized instruction | Asynchronous project management | Lesson planning across multiple preps | Classroom management | IEP and 504 accommodations | Digital assessment design | Laboratory safety</w:t>
      </w:r>
    </w:p>
    <w:p w14:paraId="5E690A33" w14:textId="37B25C0F" w:rsidR="0000574F" w:rsidRPr="00694BDD" w:rsidRDefault="00694BDD" w:rsidP="00694BDD">
      <w:pPr>
        <w:spacing w:after="120" w:line="280" w:lineRule="exact"/>
      </w:pPr>
      <w:r w:rsidRPr="00694BDD">
        <w:rPr>
          <w:b/>
        </w:rPr>
        <w:t>Technology:</w:t>
      </w:r>
      <w:r w:rsidRPr="00694BDD">
        <w:t xml:space="preserve"> Google Workspace | Google Drive | Infinite Campus | Microsoft Office | Digital simulations | Document creation | AI competency</w:t>
      </w:r>
    </w:p>
    <w:p w14:paraId="7EB93006" w14:textId="77777777" w:rsidR="0000574F" w:rsidRDefault="00FB77C4">
      <w:pPr>
        <w:pStyle w:val="Heading1"/>
        <w:pBdr>
          <w:bottom w:val="single" w:sz="4" w:space="3" w:color="B0B0B0"/>
        </w:pBdr>
      </w:pPr>
      <w:r>
        <w:t>OTHER EXPERIENCE</w:t>
      </w:r>
    </w:p>
    <w:p w14:paraId="21744CCB" w14:textId="50979689" w:rsidR="0000574F" w:rsidRDefault="00FB77C4">
      <w:pPr>
        <w:pStyle w:val="ResumeEntry"/>
      </w:pPr>
      <w:r>
        <w:rPr>
          <w:b/>
        </w:rPr>
        <w:t>School District 11</w:t>
      </w:r>
      <w:r w:rsidR="00585710">
        <w:rPr>
          <w:b/>
        </w:rPr>
        <w:t xml:space="preserve"> and Monument Academy Charter</w:t>
      </w:r>
    </w:p>
    <w:p w14:paraId="05B2CFE8" w14:textId="77777777" w:rsidR="0000574F" w:rsidRDefault="00FB77C4">
      <w:pPr>
        <w:pStyle w:val="ResumeEntry"/>
        <w:spacing w:after="100"/>
      </w:pPr>
      <w:r>
        <w:rPr>
          <w:i/>
        </w:rPr>
        <w:t>Substitute Teacher</w:t>
      </w:r>
      <w:r>
        <w:tab/>
        <w:t>Nov 2025 - Feb 2026</w:t>
      </w:r>
    </w:p>
    <w:p w14:paraId="37DEA7B0" w14:textId="77777777" w:rsidR="0000574F" w:rsidRDefault="00FB77C4">
      <w:pPr>
        <w:pStyle w:val="ResumeEntry"/>
      </w:pPr>
      <w:r>
        <w:rPr>
          <w:b/>
        </w:rPr>
        <w:t>School of Advanced Materials Discovery Core Center</w:t>
      </w:r>
      <w:r>
        <w:tab/>
        <w:t>Fort Collins, CO</w:t>
      </w:r>
    </w:p>
    <w:p w14:paraId="73D3CB73" w14:textId="77777777" w:rsidR="0000574F" w:rsidRDefault="00FB77C4">
      <w:pPr>
        <w:pStyle w:val="ResumeEntry"/>
      </w:pPr>
      <w:r>
        <w:rPr>
          <w:i/>
        </w:rPr>
        <w:t>Undergraduate Laboratory Assistant</w:t>
      </w:r>
      <w:r>
        <w:tab/>
        <w:t>Sep 2021 - Nov 2022</w:t>
      </w:r>
    </w:p>
    <w:p w14:paraId="1F30E3AE" w14:textId="77777777" w:rsidR="0000574F" w:rsidRDefault="00FB77C4">
      <w:pPr>
        <w:pStyle w:val="ResumeBullet"/>
        <w:numPr>
          <w:ilvl w:val="0"/>
          <w:numId w:val="1"/>
        </w:numPr>
      </w:pPr>
      <w:r>
        <w:t>Analyzed the mean pore size of a novel material using electron microscopy.</w:t>
      </w:r>
    </w:p>
    <w:p w14:paraId="319B4914" w14:textId="77777777" w:rsidR="0000574F" w:rsidRDefault="00FB77C4">
      <w:pPr>
        <w:pStyle w:val="ResumeBullet"/>
        <w:numPr>
          <w:ilvl w:val="0"/>
          <w:numId w:val="1"/>
        </w:numPr>
        <w:spacing w:after="100"/>
      </w:pPr>
      <w:r>
        <w:t>Independently performed modulus tests, recorded results, and plotted data for a graduate researcher.</w:t>
      </w:r>
    </w:p>
    <w:p w14:paraId="2D4F46F4" w14:textId="77777777" w:rsidR="0000574F" w:rsidRDefault="00FB77C4">
      <w:pPr>
        <w:pStyle w:val="ResumeEntry"/>
      </w:pPr>
      <w:r>
        <w:rPr>
          <w:b/>
        </w:rPr>
        <w:t>Pine Creek High School</w:t>
      </w:r>
      <w:r>
        <w:tab/>
        <w:t>Colorado Springs, CO</w:t>
      </w:r>
    </w:p>
    <w:p w14:paraId="5561CB71" w14:textId="77777777" w:rsidR="0000574F" w:rsidRDefault="00FB77C4">
      <w:pPr>
        <w:pStyle w:val="ResumeEntry"/>
      </w:pPr>
      <w:r>
        <w:rPr>
          <w:i/>
        </w:rPr>
        <w:t>Peer Assisted Learning Lab Tutor</w:t>
      </w:r>
    </w:p>
    <w:p w14:paraId="23C68EDC" w14:textId="382F515A" w:rsidR="0000574F" w:rsidRDefault="00694BDD">
      <w:pPr>
        <w:pStyle w:val="ResumeBullet"/>
        <w:numPr>
          <w:ilvl w:val="0"/>
          <w:numId w:val="1"/>
        </w:numPr>
        <w:spacing w:after="100"/>
      </w:pPr>
      <w:r>
        <w:t>Helped classmates pass algebra; tutoring peers and my sister sparked my interest in education.</w:t>
      </w:r>
    </w:p>
    <w:p w14:paraId="13635B7A" w14:textId="77777777" w:rsidR="0000574F" w:rsidRDefault="0000574F" w:rsidP="00694BDD">
      <w:pPr>
        <w:spacing w:after="0" w:line="160" w:lineRule="exact"/>
      </w:pPr>
    </w:p>
    <w:p w14:paraId="65B90AB8" w14:textId="77777777" w:rsidR="0000574F" w:rsidRDefault="00FB77C4">
      <w:pPr>
        <w:keepNext/>
        <w:spacing w:after="0" w:line="240" w:lineRule="exact"/>
        <w:jc w:val="center"/>
      </w:pPr>
      <w:r>
        <w:rPr>
          <w:sz w:val="21"/>
        </w:rPr>
        <w:t>For projects and a fuller showcase of my work, visit</w:t>
      </w:r>
    </w:p>
    <w:p w14:paraId="06DD25EA" w14:textId="77777777" w:rsidR="0000574F" w:rsidRDefault="00FB77C4">
      <w:pPr>
        <w:spacing w:after="0" w:line="240" w:lineRule="exact"/>
        <w:jc w:val="center"/>
      </w:pPr>
      <w:hyperlink r:id="rId8">
        <w:proofErr w:type="spellStart"/>
        <w:r>
          <w:t>steadystategames.dev</w:t>
        </w:r>
        <w:proofErr w:type="spellEnd"/>
        <w:r>
          <w:t>/teaching</w:t>
        </w:r>
      </w:hyperlink>
    </w:p>
    <w:sectPr w:rsidR="0000574F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E9757D"/>
    <w:multiLevelType w:val="multilevel"/>
    <w:tmpl w:val="1138E8E6"/>
    <w:lvl w:ilvl="0">
      <w:start w:val="1"/>
      <w:numFmt w:val="bullet"/>
      <w:pStyle w:val="ListBullet"/>
      <w:lvlText w:val="•"/>
      <w:lvlJc w:val="left"/>
      <w:pPr>
        <w:ind w:left="240" w:hanging="24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77396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74F"/>
    <w:rsid w:val="00034616"/>
    <w:rsid w:val="0006063C"/>
    <w:rsid w:val="0015074B"/>
    <w:rsid w:val="0029639D"/>
    <w:rsid w:val="00326F90"/>
    <w:rsid w:val="00585710"/>
    <w:rsid w:val="00694BDD"/>
    <w:rsid w:val="00864A72"/>
    <w:rsid w:val="008E2412"/>
    <w:rsid w:val="00AA1D8D"/>
    <w:rsid w:val="00B47730"/>
    <w:rsid w:val="00CB0664"/>
    <w:rsid w:val="00D60ACD"/>
    <w:rsid w:val="00FB77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B5672A"/>
  <w14:defaultImageDpi w14:val="300"/>
  <w15:docId w15:val="{221496A6-B7C5-49E8-85F2-A9C69048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60" w:lineRule="exact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80" w:lineRule="exact"/>
      <w:outlineLvl w:val="0"/>
    </w:pPr>
    <w:rPr>
      <w:rFonts w:eastAsia="Times New Roman" w:cs="Times New Roman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460" w:lineRule="exact"/>
      <w:contextualSpacing/>
    </w:pPr>
    <w:rPr>
      <w:rFonts w:eastAsia="Times New Roman" w:cs="Times New Roman"/>
      <w:b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0" w:lineRule="exact"/>
    </w:pPr>
    <w:rPr>
      <w:rFonts w:eastAsia="Times New Roman" w:cs="Times New Roman"/>
      <w:i/>
      <w:iCs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Entry">
    <w:name w:val="Resume Entry"/>
    <w:basedOn w:val="Normal"/>
    <w:pPr>
      <w:keepNext/>
      <w:tabs>
        <w:tab w:val="right" w:pos="10512"/>
      </w:tabs>
    </w:pPr>
  </w:style>
  <w:style w:type="paragraph" w:customStyle="1" w:styleId="ResumeBullet">
    <w:name w:val="Resume Bullet"/>
    <w:basedOn w:val="Normal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adystategames.dev/teaching" TargetMode="External"/><Relationship Id="rId3" Type="http://schemas.openxmlformats.org/officeDocument/2006/relationships/styles" Target="styles.xml"/><Relationship Id="rId7" Type="http://schemas.openxmlformats.org/officeDocument/2006/relationships/hyperlink" Target="mailto:shawncrookprimar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eadystategames.dev/teach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</Words>
  <Characters>2070</Characters>
  <Application>Microsoft Office Word</Application>
  <DocSecurity>0</DocSecurity>
  <Lines>42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Shawn M Crook-Cocagne Alternative Licensed Teacher Resume</dc:title>
  <dc:subject>Alternative Licensed Teacher</dc:subject>
  <dc:creator>Shawn M Crook-Cocagne</dc:creator>
  <cp:keywords/>
  <dc:description/>
  <cp:lastModifiedBy>Crook-Cocagne,Shawn</cp:lastModifiedBy>
  <cp:revision>4</cp:revision>
  <dcterms:created xsi:type="dcterms:W3CDTF">2013-12-23T23:15:00Z</dcterms:created>
  <dcterms:modified xsi:type="dcterms:W3CDTF">2026-10-03T04:42:00Z</dcterms:modified>
  <cp:category/>
</cp:coreProperties>
</file>